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User story template</w:t>
      </w:r>
    </w:p>
    <w:p>
      <w:r>
        <w:t>Use this template to describe a user need and agree on observable acceptance criteria. Replace the bracketed fields, then review the story with design, engineering, and QA.</w:t>
      </w:r>
    </w:p>
    <w:p>
      <w:pPr>
        <w:pStyle w:val="Heading1"/>
      </w:pPr>
      <w:r>
        <w:t>Story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2592"/>
          </w:tcPr>
          <w:p>
            <w:r>
              <w:t>Story ID</w:t>
            </w:r>
          </w:p>
        </w:tc>
        <w:tc>
          <w:tcPr>
            <w:tcW w:type="dxa" w:w="7056"/>
          </w:tcPr>
          <w:p>
            <w:r>
              <w:t>[ID]</w:t>
            </w:r>
          </w:p>
        </w:tc>
      </w:tr>
      <w:tr>
        <w:tc>
          <w:tcPr>
            <w:tcW w:type="dxa" w:w="2592"/>
          </w:tcPr>
          <w:p>
            <w:r>
              <w:t>Feature or epic</w:t>
            </w:r>
          </w:p>
        </w:tc>
        <w:tc>
          <w:tcPr>
            <w:tcW w:type="dxa" w:w="7056"/>
          </w:tcPr>
          <w:p>
            <w:r>
              <w:t>[Name]</w:t>
            </w:r>
          </w:p>
        </w:tc>
      </w:tr>
      <w:tr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7056"/>
          </w:tcPr>
          <w:p>
            <w:r>
              <w:t>[Name]</w:t>
            </w:r>
          </w:p>
        </w:tc>
      </w:tr>
      <w:tr>
        <w:tc>
          <w:tcPr>
            <w:tcW w:type="dxa" w:w="2592"/>
          </w:tcPr>
          <w:p>
            <w:r>
              <w:t>Priority</w:t>
            </w:r>
          </w:p>
        </w:tc>
        <w:tc>
          <w:tcPr>
            <w:tcW w:type="dxa" w:w="7056"/>
          </w:tcPr>
          <w:p>
            <w:r>
              <w:t>[High, medium, or low]</w:t>
            </w:r>
          </w:p>
        </w:tc>
      </w:tr>
      <w:tr>
        <w:tc>
          <w:tcPr>
            <w:tcW w:type="dxa" w:w="2592"/>
          </w:tcPr>
          <w:p>
            <w:r>
              <w:t>Dependencies</w:t>
            </w:r>
          </w:p>
        </w:tc>
        <w:tc>
          <w:tcPr>
            <w:tcW w:type="dxa" w:w="7056"/>
          </w:tcPr>
          <w:p>
            <w:r>
              <w:t>[Related stories or systems]</w:t>
            </w:r>
          </w:p>
        </w:tc>
      </w:tr>
    </w:tbl>
    <w:p>
      <w:pPr>
        <w:pStyle w:val="Heading1"/>
      </w:pPr>
      <w:r>
        <w:t>User story</w:t>
      </w:r>
    </w:p>
    <w:p>
      <w:r>
        <w:t>As a [specific user], I want [action or capability], so that [valuable outcome].</w:t>
      </w:r>
    </w:p>
    <w:p>
      <w:pPr>
        <w:pStyle w:val="Heading1"/>
      </w:pPr>
      <w:r>
        <w:t>Acceptance criteria</w:t>
      </w:r>
    </w:p>
    <w:p>
      <w:pPr>
        <w:pStyle w:val="ListBullet"/>
      </w:pPr>
      <w:r>
        <w:t>Given [starting state], when [action], then [observable result].</w:t>
      </w:r>
    </w:p>
    <w:p>
      <w:pPr>
        <w:pStyle w:val="ListBullet"/>
      </w:pPr>
      <w:r>
        <w:t>Given [edge case], when [action], then [expected handling].</w:t>
      </w:r>
    </w:p>
    <w:p>
      <w:pPr>
        <w:pStyle w:val="ListBullet"/>
      </w:pPr>
      <w:r>
        <w:t>Given [failure condition], when [action], then [error and recovery behavior].</w:t>
      </w:r>
    </w:p>
    <w:p>
      <w:pPr>
        <w:pStyle w:val="Heading1"/>
      </w:pPr>
      <w:r>
        <w:t>Delivery notes</w:t>
      </w:r>
    </w:p>
    <w:p>
      <w:r>
        <w:t>Out of scope: [What this story does not include]</w:t>
        <w:br/>
        <w:t>Open questions: [Decisions still needed]</w:t>
        <w:br/>
        <w:t>Evidence: [Research or product context supporting the need]</w:t>
      </w:r>
    </w:p>
    <w:p>
      <w:pPr>
        <w:pStyle w:val="Heading1"/>
      </w:pPr>
      <w:r>
        <w:t>Definition of done</w:t>
      </w:r>
    </w:p>
    <w:p>
      <w:r>
        <w:t>Acceptance criteria verified. Accessibility reviewed. Changes reviewed and tested. Release notes or supporting documentation updated where needed.</w:t>
      </w:r>
    </w:p>
    <w:p>
      <w:r>
        <w:br w:type="page"/>
      </w:r>
    </w:p>
    <w:p>
      <w:pPr>
        <w:pStyle w:val="Heading1"/>
      </w:pPr>
      <w:r>
        <w:t>Completed user story example</w:t>
      </w:r>
    </w:p>
    <w:p>
      <w:r>
        <w:t>Feature: Wishlist</w:t>
        <w:br/>
        <w:t>Story ID: US-001</w:t>
        <w:br/>
        <w:t>Priority: High</w:t>
        <w:br/>
        <w:t>Dependency: Signed-in customer account</w:t>
      </w:r>
    </w:p>
    <w:p>
      <w:pPr>
        <w:pStyle w:val="Heading1"/>
      </w:pPr>
      <w:r>
        <w:t>User story</w:t>
      </w:r>
    </w:p>
    <w:p>
      <w:r>
        <w:t>As a returning shopper, I want to save a product to my wishlist, so that I can find it when I am ready to buy.</w:t>
      </w:r>
    </w:p>
    <w:p>
      <w:pPr>
        <w:pStyle w:val="Heading1"/>
      </w:pPr>
      <w:r>
        <w:t>Acceptance criteria</w:t>
      </w:r>
    </w:p>
    <w:p>
      <w:pPr>
        <w:pStyle w:val="ListBullet"/>
      </w:pPr>
      <w:r>
        <w:t>Given I am signed in and viewing a product, when I select Save, then the product appears in my wishlist with its name and a link to the product page.</w:t>
      </w:r>
    </w:p>
    <w:p>
      <w:pPr>
        <w:pStyle w:val="ListBullet"/>
      </w:pPr>
      <w:r>
        <w:t>Given a product is already saved, when I select Save again, then the wishlist still contains only one copy of that product.</w:t>
      </w:r>
    </w:p>
    <w:p>
      <w:pPr>
        <w:pStyle w:val="ListBullet"/>
      </w:pPr>
      <w:r>
        <w:t>Given I have saved a product, when I refresh the page or sign in again, then the product remains in my wishlist.</w:t>
      </w:r>
    </w:p>
    <w:p>
      <w:pPr>
        <w:pStyle w:val="ListBullet"/>
      </w:pPr>
      <w:r>
        <w:t>Given saving fails, when I select Save, then I see an error and can retry without losing the product page.</w:t>
      </w:r>
    </w:p>
    <w:p>
      <w:pPr>
        <w:pStyle w:val="Heading1"/>
      </w:pPr>
      <w:r>
        <w:t>Out of scope</w:t>
      </w:r>
    </w:p>
    <w:p>
      <w:r>
        <w:t>Sharing wishlists, price alerts, and guest wishlists.</w:t>
      </w:r>
    </w:p>
    <w:p>
      <w:pPr>
        <w:pStyle w:val="Heading1"/>
      </w:pPr>
      <w:r>
        <w:t>Open question</w:t>
      </w:r>
    </w:p>
    <w:p>
      <w:r>
        <w:t>What should the wishlist show when a saved product is no longer available?</w:t>
      </w:r>
    </w:p>
    <w:p>
      <w:pPr>
        <w:pStyle w:val="Heading1"/>
      </w:pPr>
      <w:r>
        <w:t>Review before delivery</w:t>
      </w:r>
    </w:p>
    <w:p>
      <w:r>
        <w:t>Confirm that each criterion can be tested independently. Agree on failure behavior and accessibility, then estimate the story with the delivery team.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A4D2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A4D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story template</dc:title>
  <dc:subject/>
  <dc:creator>PM Prompt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